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חידון אתגר בחינוך פיננסי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הטיות התנהגותיות בצרכנות ובפרסום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חישובים פיננסיים בסיסיים (ריבית, הנחות, תקציב)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מקרים פיננסיים מהחיים האמיתיים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אל תפסידו 50 ₪ - המבצע נגמר הלילה!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ריבית דריבית מחושבת גם על רווחי ריבית קודמים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אותו סכום קונה פחות מוצרים כשהמחירים 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ריבית דריבית צומחת מהר יותר עם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ההנחה השנייה מחושבת על סכום כבר מוזל, לכן זה 36%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מאוזן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אינפלציה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דריבית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מושג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(ריבית המחושבת גם על רווחי ריבית קודמים)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(עלייה כללית ומתמשכת במחירים)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(הפסד מורגש חזק יותר מרווח זהה)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(תכנון הכנסות והוצאות)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מטלות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רשימה הגיונית עם הכנסות והוצאות מאוזנות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שהפסד מורגש חזק יותר מרווח, עם דוגמה פרסומית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ריבית דריבית מצטברת על ריבית קודמת וגדלה מהר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הוצאה קבועה חוזרת כל חודש, משתנה -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מודעות פרסומיות שהתלמידים זוכרים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להביא דוגמאות מהחיים האמיתיים לפני המענה על חלק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 skip_n מתאימים להעמקה או לכיתות חזקות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חידון אתגר בחינוך פיננסי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מושגים פיננסיים ברמת אתגר: הטיות קוגניטיביות, ריבית דריבית, אינפלציה ותקציב, כפי שמופיעים בחידון האתגר.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דריבית  ·  מאוזן  ·  אינפלציה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מחקרים מראים שהפסד כואב פי 2 מרווח באותו גודל. איזה ניסוח פרסומי מנצל זאת הכי 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חסכו 50 ₪!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אל תפסידו 50 ₪ - המבצע נגמר הלילה!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מוצר איכותי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ההבדל העיקרי בין ריבית פשוטה לריבית דריבית?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ריבית דריבית מחושבת גם על רווחי ריבית קודמים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ריבית פשוטה גבוהה יותר תמיד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אינפלציה גורמת לירידה בערך הכסף עם הזמן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ריבית דריבית תמיד נמוכה יותר מריבית פשוטה באותו סכום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הנחה של 20% ועוד 20% שווה להנחה כוללת של 40%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כאשר הכנסות שוות להוצאות, מדובר בתקציב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העלייה הכללית במחירים במשק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ריבית המחושבת גם על ריבית שנצברה בעבר נקראת ריבית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מושג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ריבית דריבית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עלייה כללית ומתמשכת במחירים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אינפלציה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תכנון הכנסות והוצאות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שנאת הפסד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ריבית המחושבת גם על רווחי ריבית קודמים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תקציב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הפסד מורגש חזק יותר מרווח זהה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מטלות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תקציב חודשי לדוגמה לנער או נערה בני 15, הכוללים הכנסות (כגון דמי כיס) והוצאות קבועות ומשתנות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שנאת הפסד ואיך משווקים מנצלים אותה?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ריבית פשוטה לריבית דריבית?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חידון אתגר בחינוך פיננסי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