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אתגר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הטיות התנהגותיות בצרכנות ובפרסום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פיננסיים בסיסיים (ריבית, הנחות, תקציב)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מקרים פיננסיים מהחיים האמיתיים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אל תפסידו 50 ₪ - המבצע נגמר הלילה!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36%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ריבית דריבית מחושבת גם על רווחי ריבית קודמים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הריבית על היתרה תגדיל את החוב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שכר דירה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אם המחיר המקורי היה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אותו סכום קונה פחות מוצרים כשהמחירים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ריבית דריבית צומחת מהר יותר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ההנחה השנייה מחושבת על סכום כבר מוזל, לכן זה 36%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ככל שמתחילים לחסוך מוקדם, הכסף גדל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הפסד מורגש חזק יותר מרווח זהה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אינפלציה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שנאת הפסד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פיתיון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(ריבית המחושבת גם על רווחי ריבית קודמים)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(עלייה כללית ומתמשכת במחירים)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(הפסד מורגש חזק יותר מרווח זהה)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(תכנון הכנסות והוצאות)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(הישענות על מספר ראשוני בקבלת החלטה)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מטלות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הטיה (שנאת הפסד, עוגן, מחסור) ולהסביר איך המודעה משתמשת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הגיונית עם הכנסות והוצאות מאוזנות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שהפסד מורגש חזק יותר מרווח, עם דוגמה פרסומית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דריבית מצטברת על ריבית קודמת וגדלה מהר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הוצאה קבועה חוזרת כל חודש, משתנה -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מודעות פרסומיות שהתלמידים זוכרים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להביא דוגמאות מהחיים האמיתיים לפני המענה על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להעמקה או לכיתות חזקות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חידון אתגר בחינוך פיננסי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כסף: למה אנשים פוחדים להפסיד, מה זה ריבית, ואיך לתכנן תקציב.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שנאת הפסד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שהפסד כואב יותר מרווח זהה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ריבית דריבית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שמחושבת גם על ריבית קודמת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עליה כללית במחירים במשק עם הזמן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 מאוזן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הכנסות שוות להוצאות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הטיית העוגן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הישענות על מספר ראשוני בהחלטה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פיתיון מחיר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מחיר מקורי מנופח לפני הנחה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 קבועה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שחוזרת כל חודש בסכום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 משתנה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הוצאה שמשתנה מחודש לחודש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מודעה מפחידה מהפסד?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חסכו 50 ₪!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 תפסידו 50 ₪ - המבצע נגמר הלילה!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מוצר איכותי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משלוח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הנחה מקבלים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44%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שני סוגי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ריבית דריבית מחושבת גם על רווחי ריבית קודמים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פשוטה גבוהה יותר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ריבית דריבית קיימת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תשלום מינימלי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החוב יישאר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הריבית על היתרה תגדיל את החוב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התשלום המינימלי מבטל ריבית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הוצאה חוזרת כל חודש?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בילוי מזדמן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שכר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מתנה ליום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כדאי לבדוק לפני קנייה במבצע?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המחיר המקורי היה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היצרן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שעת הפתיחה של החנות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אינפלציה גורמת לירידה בערך הכסף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דריבית תמיד נמוכה יותר מריבית פשוטה באותו סכום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20% ועוד 20% שווה להנחה כוללת של 40%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מוקדם מאפשר לריבית דריבית לפעול זמן רב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שנאת הפסד גורמת לאנשים להרגיש שווה-ערך בין הפסד לרווח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הכנסות שוות להוצאות, מדובר בתקציב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העלייה הכללית במחירים במשק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ריבית המחושבת גם על ריבית שנצברה בעבר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הטיה שגורמת לאנשים לפחד מהפסד יותר מאשר ליהנות מרווח זהה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מבצע שבו המחיר ה'מקורי' מוצג גבוה באופן מלאכותי לפני ההנחה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תכנון הכנסות והוצאות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אינפלציה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הפסד מורגש חזק יותר מרווח זהה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שנאת הפסד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עלייה כללית ומתמשכת במחירים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הישענות על מספר ראשוני בקבלת החלטה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הטיית העוגן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ריבית המחושבת גם על רווחי ריבית קודמים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מטלות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מודעה פרסומית שראיתם לאחרונה ותארו אילו הטיות קוגניטיביות היא מנסה לנצל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תקציב חודשי לדוגמה לנער או נערה בני 15, הכוללים הכנסות (כגון דמי כיס) והוצאות קבועות ומשתנות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שנאת הפסד ואיך משווקים מנצלים אותה?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ריבית פשוטה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להוצאה קבועה ולהוצאה משתנה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חידון אתגר בחינוך פיננסי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