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חידון אתגר בחינוך פיננסי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הטיות התנהגותיות בצרכנות ובפרסום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חישובים פיננסיים בסיסיים (ריבית, הנחות, תקציב)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מקרים פיננסיים מהחיים האמיתיים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אל תפסידו 50 ₪ - המבצע נגמר הלילה!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36%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ריבית דריבית מחושבת גם על רווחי ריבית קודמים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הריבית על היתרה תגדיל את החוב לאורך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שכר דירה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אם המחיר המקורי היה אמיתי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אותו סכום קונה פחות מוצרים כשהמחירים עולים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ריבית דריבית צומחת מהר יותר עם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ההנחה השנייה מחושבת על סכום כבר מוזל, לכן זה 36%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ככל שמתחילים לחסוך מוקדם, הכסף גדל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הפסד מורגש חזק יותר מרווח זהה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מאוזן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אינפלציה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דריבית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שנאת הפסד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פיתיון מחיר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מושג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(ריבית המחושבת גם על רווחי ריבית קודמים)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(עלייה כללית ומתמשכת במחירים)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(הפסד מורגש חזק יותר מרווח זהה)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(תכנון הכנסות והוצאות)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(הישענות על מספר ראשוני בקבלת החלטה)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מטלות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לציין הטיה (שנאת הפסד, עוגן, מחסור) ולהסביר איך המודעה משתמשת 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רשימה הגיונית עם הכנסות והוצאות מאוזנות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שהפסד מורגש חזק יותר מרווח, עם דוגמה פרסומית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ריבית דריבית מצטברת על ריבית קודמת וגדלה מהר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הוצאה קבועה חוזרת כל חודש, משתנה - 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מודעות פרסומיות שהתלמידים זוכרים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להביא דוגמאות מהחיים האמיתיים לפני המענה על חלק ההתאמה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פריטי skip_n מתאימים להעמקה או לכיתות חזקות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חידון אתגר בחינוך פיננסי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מושגים פיננסיים ברמת אתגר: הטיות קוגניטיביות, ריבית דריבית, אינפלציה ותקציב, כפי שמופיעים בחידון האתגר.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מחקרים מראים שהפסד כואב פי 2 מרווח באותו גודל. איזה ניסוח פרסומי מנצל זאת הכי טוב?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חסכו 50 ₪!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אל תפסידו 50 ₪ - המבצע נגמר הלילה!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מוצר איכותי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משלוח רגיל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חנות מציעה 20% הנחה ואז עוד 20% הנחה נוספת. מה ההנחה הכוללת בפועל?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40%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36%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44%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ההבדל העיקרי בין ריבית פשוטה לריבית דריבית?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ריבית דריבית מחושבת גם על רווחי ריבית קודמים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ריבית פשוטה גבוהה יותר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ריבית דריבית קיימת רק בבנק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כרטיס אשראי מציע 'תשלום מינימלי' נמוך בכל חודש. מה הסיכון בכך?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סיכון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החוב יישאר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הריבית על היתרה תגדיל את החוב לאורך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התשלום המינימלי מבטל ריבית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מהי הוצאה קבועה בתקציב חודשי?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בילוי מזדמן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שכר דירה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קניית בגדים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מתנה ליום הולדת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מוכר אומר 'המחיר המקורי היה 300 ₪, עכשיו רק 150 ₪'. מה חשוב לבדוק?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אם המחיר המקורי היה אמיתי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צבע המוצר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היצרן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שעת הפתיחה של החנות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אינפלציה גורמת לירידה בערך הכסף עם הזמן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ריבית דריבית תמיד נמוכה יותר מריבית פשוטה באותו סכום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הנחה של 20% ועוד 20% שווה להנחה כוללת של 40%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חיסכון מוקדם מאפשר לריבית דריבית לפעול זמן רב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שנאת הפסד גורמת לאנשים להרגיש שווה-ערך בין הפסד לרווח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כאשר הכנסות שוות להוצאות, מדובר בתקציב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העלייה הכללית במחירים במשק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ריבית המחושבת גם על ריבית שנצברה בעבר נקראת ריבית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הטיה שגורמת לאנשים לפחד מהפסד יותר מאשר ליהנות מרווח זהה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מבצע שבו המחיר ה'מקורי' מוצג גבוה באופן מלאכותי לפני ההנחה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מושג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ריבית דריבית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הפסד מורגש חזק יותר מרווח זהה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אינפלציה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הישענות על מספר ראשוני בקבלת החלטה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שנאת הפסד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ריבית המחושבת גם על רווחי ריבית קודמים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תקציב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עלייה כללית ומתמשכת במחירים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הטיית העוגן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תכנון הכנסות והוצאות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מטלות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מודעה פרסומית שראיתם לאחרונה ותארו אילו הטיות קוגניטיביות היא מנסה לנצל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תקציב חודשי לדוגמה לנער או נערה בני 15, הכוללים הכנסות (כגון דמי כיס) והוצאות קבועות ומשתנות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שנאת הפסד ואיך משווקים מנצלים אותה?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ריבית פשוטה לריבית דריבית?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להוצאה קבועה ולהוצאה משתנה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חידון אתגר בחינוך פיננסי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